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Sample Lease Agreement (Nigeria)</w:t>
      </w:r>
    </w:p>
    <w:p>
      <w:r>
        <w:t>This Lease Agreement is made and entered into on this ___ day of __________, 20__, between the Landlord and the Tenant, under the laws of the Federal Republic of Nigeria.</w:t>
      </w:r>
    </w:p>
    <w:p>
      <w:pPr>
        <w:pStyle w:val="Heading2"/>
      </w:pPr>
      <w:r>
        <w:t>1. Parties Involved</w:t>
      </w:r>
    </w:p>
    <w:p>
      <w:r>
        <w:t>This agreement is between __________________ (the 'Landlord'), of address __________________, and __________________ (the 'Tenant'), of address __________________.</w:t>
      </w:r>
    </w:p>
    <w:p>
      <w:pPr>
        <w:pStyle w:val="Heading2"/>
      </w:pPr>
      <w:r>
        <w:t>2. Property Description</w:t>
      </w:r>
    </w:p>
    <w:p>
      <w:r>
        <w:t>The Landlord agrees to lease to the Tenant the property located at __________________, including the following facilities: __________________.</w:t>
      </w:r>
    </w:p>
    <w:p>
      <w:pPr>
        <w:pStyle w:val="Heading2"/>
      </w:pPr>
      <w:r>
        <w:t>3. Duration of Lease</w:t>
      </w:r>
    </w:p>
    <w:p>
      <w:r>
        <w:t>The term of this lease shall be for ________ (months/years), commencing on __________ and ending on __________.</w:t>
      </w:r>
    </w:p>
    <w:p>
      <w:pPr>
        <w:pStyle w:val="Heading2"/>
      </w:pPr>
      <w:r>
        <w:t>4. Rent Amount and Payment Terms</w:t>
      </w:r>
    </w:p>
    <w:p>
      <w:r>
        <w:t>The Tenant agrees to pay rent of ₦__________ per (month/year), due on the __________ of each month/year, payable to the Landlord by __________________ (bank transfer, cash, etc.).</w:t>
      </w:r>
    </w:p>
    <w:p>
      <w:pPr>
        <w:pStyle w:val="Heading2"/>
      </w:pPr>
      <w:r>
        <w:t>5. Security Deposit</w:t>
      </w:r>
    </w:p>
    <w:p>
      <w:r>
        <w:t>The Tenant shall pay a security deposit of ₦__________, refundable at the end of the tenancy, less any deductions for damages or unpaid bills.</w:t>
      </w:r>
    </w:p>
    <w:p>
      <w:pPr>
        <w:pStyle w:val="Heading2"/>
      </w:pPr>
      <w:r>
        <w:t>6. Service Charges and Utilities</w:t>
      </w:r>
    </w:p>
    <w:p>
      <w:r>
        <w:t>The Tenant shall be responsible for the following: __________________. The Landlord shall be responsible for the following: __________________.</w:t>
      </w:r>
    </w:p>
    <w:p>
      <w:pPr>
        <w:pStyle w:val="Heading2"/>
      </w:pPr>
      <w:r>
        <w:t>7. Maintenance and Repairs</w:t>
      </w:r>
    </w:p>
    <w:p>
      <w:r>
        <w:t>The Landlord shall handle major structural repairs. The Tenant shall handle minor day-to-day maintenance.</w:t>
      </w:r>
    </w:p>
    <w:p>
      <w:pPr>
        <w:pStyle w:val="Heading2"/>
      </w:pPr>
      <w:r>
        <w:t>8. Use of Property</w:t>
      </w:r>
    </w:p>
    <w:p>
      <w:r>
        <w:t>The property shall be used solely for __________________ (residential/commercial) purposes. Subletting is prohibited without the Landlord’s written consent.</w:t>
      </w:r>
    </w:p>
    <w:p>
      <w:pPr>
        <w:pStyle w:val="Heading2"/>
      </w:pPr>
      <w:r>
        <w:t>9. Rent Increment Clause</w:t>
      </w:r>
    </w:p>
    <w:p>
      <w:r>
        <w:t>Rent may/may not be reviewed after the expiration of the lease term, subject to mutual agreement.</w:t>
      </w:r>
    </w:p>
    <w:p>
      <w:pPr>
        <w:pStyle w:val="Heading2"/>
      </w:pPr>
      <w:r>
        <w:t>10. Termination/Exit Clause</w:t>
      </w:r>
    </w:p>
    <w:p>
      <w:r>
        <w:t>Either party may terminate this agreement by giving ________ months’ written notice. Grounds for termination include rent default, misuse of property, or breach of terms.</w:t>
      </w:r>
    </w:p>
    <w:p>
      <w:pPr>
        <w:pStyle w:val="Heading2"/>
      </w:pPr>
      <w:r>
        <w:t>11. Renewal Clause</w:t>
      </w:r>
    </w:p>
    <w:p>
      <w:r>
        <w:t>The Tenant shall have the option/right of first refusal to renew the lease under terms to be agreed.</w:t>
      </w:r>
    </w:p>
    <w:p>
      <w:pPr>
        <w:pStyle w:val="Heading2"/>
      </w:pPr>
      <w:r>
        <w:t>12. Breach of Agreement</w:t>
      </w:r>
    </w:p>
    <w:p>
      <w:r>
        <w:t>In the event of a breach, the non-defaulting party may pursue remedies available under Nigerian law.</w:t>
      </w:r>
    </w:p>
    <w:p>
      <w:pPr>
        <w:pStyle w:val="Heading2"/>
      </w:pPr>
      <w:r>
        <w:t>13. Jurisdiction/Dispute Resolution</w:t>
      </w:r>
    </w:p>
    <w:p>
      <w:r>
        <w:t>Any disputes shall be resolved by arbitration/mediation or in the appropriate court of jurisdiction where the property is located.</w:t>
      </w:r>
    </w:p>
    <w:p>
      <w:pPr>
        <w:pStyle w:val="Heading2"/>
      </w:pPr>
      <w:r>
        <w:t>14. Signatures and Witnesses</w:t>
      </w:r>
    </w:p>
    <w:p>
      <w:r>
        <w:t>IN WITNESS WHEREOF, the parties hereto have executed this Lease Agreement as of the date first above written.</w:t>
        <w:br/>
        <w:br/>
        <w:t>Landlord: ___________________________</w:t>
        <w:br/>
        <w:br/>
        <w:t>Tenant: ___________________________</w:t>
        <w:br/>
        <w:br/>
        <w:t>Witness 1: ___________________________</w:t>
        <w:br/>
        <w:br/>
        <w:t>Witness 2: ___________________________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